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sz w:val="48"/>
              </w:rPr>
              <w:t>FACTUUR</w:t>
            </w:r>
          </w:p>
          <w:p>
            <w:r>
              <w:t>Factuurnummer: [2026-001]</w:t>
            </w:r>
          </w:p>
          <w:p>
            <w:r>
              <w:t>Datum: [datum]</w:t>
            </w:r>
          </w:p>
          <w:p>
            <w:r>
              <w:t>Leverdatum: [alleen als die anders is dan de factuurdatum]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rPr>
                <w:b/>
              </w:rPr>
              <w:t>[Jouw bedrijfsnaam]</w:t>
            </w:r>
          </w:p>
          <w:p>
            <w:pPr>
              <w:jc w:val="right"/>
            </w:pPr>
            <w:r>
              <w:t>[Straat en huisnummer]</w:t>
            </w:r>
          </w:p>
          <w:p>
            <w:pPr>
              <w:jc w:val="right"/>
            </w:pPr>
            <w:r>
              <w:t>[Postcode en plaats]</w:t>
            </w:r>
          </w:p>
          <w:p>
            <w:pPr>
              <w:jc w:val="right"/>
            </w:pPr>
            <w:r>
              <w:t>KVK-nummer: [12345678]</w:t>
            </w:r>
          </w:p>
          <w:p>
            <w:pPr>
              <w:jc w:val="right"/>
            </w:pPr>
            <w:r>
              <w:t>Btw-id: [NL000000000B01]</w:t>
            </w:r>
          </w:p>
          <w:p>
            <w:pPr>
              <w:jc w:val="right"/>
            </w:pPr>
            <w:r>
              <w:t>[e-mail] · [telefoon]</w:t>
            </w:r>
          </w:p>
        </w:tc>
      </w:tr>
    </w:tbl>
    <w:p/>
    <w:p>
      <w:r>
        <w:rPr>
          <w:b/>
        </w:rPr>
        <w:t>Aan:</w:t>
      </w:r>
    </w:p>
    <w:p>
      <w:r>
        <w:t>[Naam klant of bedrijf]</w:t>
      </w:r>
    </w:p>
    <w:p>
      <w:r>
        <w:t>[Straat en huisnummer]</w:t>
      </w:r>
    </w:p>
    <w:p>
      <w:r>
        <w:t>[Postcode en plaats]</w:t>
      </w:r>
    </w:p>
    <w:p>
      <w:r>
        <w:t>[Btw-nummer klant: alleen bij btw verlegd]</w:t>
      </w:r>
    </w:p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</w:tcPr>
          <w:p>
            <w:r>
              <w:t>Omschrijving</w:t>
            </w:r>
          </w:p>
        </w:tc>
        <w:tc>
          <w:tcPr>
            <w:tcW w:type="dxa" w:w="1882"/>
          </w:tcPr>
          <w:p>
            <w:r>
              <w:t>Aantal</w:t>
            </w:r>
          </w:p>
        </w:tc>
        <w:tc>
          <w:tcPr>
            <w:tcW w:type="dxa" w:w="1882"/>
          </w:tcPr>
          <w:p>
            <w:r>
              <w:t>Prijs excl. btw</w:t>
            </w:r>
          </w:p>
        </w:tc>
        <w:tc>
          <w:tcPr>
            <w:tcW w:type="dxa" w:w="1882"/>
          </w:tcPr>
          <w:p>
            <w:r>
              <w:t>Btw</w:t>
            </w:r>
          </w:p>
        </w:tc>
        <w:tc>
          <w:tcPr>
            <w:tcW w:type="dxa" w:w="1882"/>
          </w:tcPr>
          <w:p>
            <w:r>
              <w:t>Bedrag</w:t>
            </w:r>
          </w:p>
        </w:tc>
      </w:tr>
      <w:tr>
        <w:tc>
          <w:tcPr>
            <w:tcW w:type="dxa" w:w="1882"/>
          </w:tcPr>
          <w:p>
            <w:r>
              <w:t>[Werkzaamheden of product]</w:t>
            </w:r>
          </w:p>
        </w:tc>
        <w:tc>
          <w:tcPr>
            <w:tcW w:type="dxa" w:w="1882"/>
          </w:tcPr>
          <w:p>
            <w:r>
              <w:t>[1]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  <w:tc>
          <w:tcPr>
            <w:tcW w:type="dxa" w:w="1882"/>
          </w:tcPr>
          <w:p>
            <w:r>
              <w:t>21%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</w:tr>
      <w:tr>
        <w:tc>
          <w:tcPr>
            <w:tcW w:type="dxa" w:w="1882"/>
          </w:tcPr>
          <w:p>
            <w:r>
              <w:t>[Werkzaamheden of product]</w:t>
            </w:r>
          </w:p>
        </w:tc>
        <w:tc>
          <w:tcPr>
            <w:tcW w:type="dxa" w:w="1882"/>
          </w:tcPr>
          <w:p>
            <w:r>
              <w:t>[1]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  <w:tc>
          <w:tcPr>
            <w:tcW w:type="dxa" w:w="1882"/>
          </w:tcPr>
          <w:p>
            <w:r>
              <w:t>21%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</w:tr>
      <w:tr>
        <w:tc>
          <w:tcPr>
            <w:tcW w:type="dxa" w:w="1882"/>
          </w:tcPr>
          <w:p>
            <w:r>
              <w:t>[Werkzaamheden of product]</w:t>
            </w:r>
          </w:p>
        </w:tc>
        <w:tc>
          <w:tcPr>
            <w:tcW w:type="dxa" w:w="1882"/>
          </w:tcPr>
          <w:p>
            <w:r>
              <w:t>[1]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  <w:tc>
          <w:tcPr>
            <w:tcW w:type="dxa" w:w="1882"/>
          </w:tcPr>
          <w:p>
            <w:r>
              <w:t>21%</w:t>
            </w:r>
          </w:p>
        </w:tc>
        <w:tc>
          <w:tcPr>
            <w:tcW w:type="dxa" w:w="1882"/>
          </w:tcPr>
          <w:p>
            <w:r>
              <w:t>€ [0,00]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Subtotaal</w:t>
            </w:r>
          </w:p>
        </w:tc>
        <w:tc>
          <w:tcPr>
            <w:tcW w:type="dxa" w:w="4706"/>
          </w:tcPr>
          <w:p>
            <w:r>
              <w:t>€ [0,00]</w:t>
            </w:r>
          </w:p>
        </w:tc>
      </w:tr>
      <w:tr>
        <w:tc>
          <w:tcPr>
            <w:tcW w:type="dxa" w:w="4706"/>
          </w:tcPr>
          <w:p>
            <w:r>
              <w:t>Btw 21% over € [0,00]</w:t>
            </w:r>
          </w:p>
        </w:tc>
        <w:tc>
          <w:tcPr>
            <w:tcW w:type="dxa" w:w="4706"/>
          </w:tcPr>
          <w:p>
            <w:r>
              <w:t>€ [0,00]</w:t>
            </w:r>
          </w:p>
        </w:tc>
      </w:tr>
      <w:tr>
        <w:tc>
          <w:tcPr>
            <w:tcW w:type="dxa" w:w="4706"/>
          </w:tcPr>
          <w:p>
            <w:r>
              <w:rPr>
                <w:b/>
              </w:rPr>
              <w:t>Totaal</w:t>
            </w:r>
          </w:p>
        </w:tc>
        <w:tc>
          <w:tcPr>
            <w:tcW w:type="dxa" w:w="4706"/>
          </w:tcPr>
          <w:p>
            <w:r>
              <w:rPr>
                <w:b/>
              </w:rPr>
              <w:t>€ [0,00]</w:t>
            </w:r>
          </w:p>
        </w:tc>
      </w:tr>
    </w:tbl>
    <w:p/>
    <w:p>
      <w:r>
        <w:t>Graag binnen [14] dagen betalen op [IBAN] ten name van [naam], onder vermelding van het factuurnummer.</w:t>
      </w:r>
    </w:p>
    <w:p>
      <w:r>
        <w:rPr>
          <w:b/>
        </w:rPr>
        <w:t xml:space="preserve">Let op: </w:t>
      </w:r>
      <w:r>
        <w:t>gebruik je de KOR, laat dan de btw weg en zet er de KOR-vermelding op. Bij btw verlegd: geen btw rekenen, "btw verlegd" en het btw-nummer van je klant vermelden. Uitleg en een gratis online versie: datakoning.nl/factuur-maken/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