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r>
              <w:rPr>
                <w:b/>
                <w:sz w:val="48"/>
              </w:rPr>
              <w:t>OFFERTE</w:t>
            </w:r>
          </w:p>
          <w:p>
            <w:r>
              <w:t>Offertenummer: [2026-001]</w:t>
            </w:r>
          </w:p>
          <w:p>
            <w:r>
              <w:t>Datum: [datum]</w:t>
            </w:r>
          </w:p>
          <w:p>
            <w:r>
              <w:t>Geldig tot: [datum]</w:t>
            </w:r>
          </w:p>
        </w:tc>
        <w:tc>
          <w:tcPr>
            <w:tcW w:type="dxa" w:w="4706"/>
          </w:tcPr>
          <w:p>
            <w:pPr>
              <w:jc w:val="right"/>
            </w:pPr>
            <w:r>
              <w:rPr>
                <w:b/>
              </w:rPr>
              <w:t>[Jouw bedrijfsnaam]</w:t>
            </w:r>
          </w:p>
          <w:p>
            <w:pPr>
              <w:jc w:val="right"/>
            </w:pPr>
            <w:r>
              <w:t>[Straat en huisnummer]</w:t>
            </w:r>
          </w:p>
          <w:p>
            <w:pPr>
              <w:jc w:val="right"/>
            </w:pPr>
            <w:r>
              <w:t>[Postcode en plaats]</w:t>
            </w:r>
          </w:p>
          <w:p>
            <w:pPr>
              <w:jc w:val="right"/>
            </w:pPr>
            <w:r>
              <w:t>KVK-nummer: [12345678]</w:t>
            </w:r>
          </w:p>
          <w:p>
            <w:pPr>
              <w:jc w:val="right"/>
            </w:pPr>
            <w:r>
              <w:t>Btw-id: [NL000000000B01]</w:t>
            </w:r>
          </w:p>
          <w:p>
            <w:pPr>
              <w:jc w:val="right"/>
            </w:pPr>
            <w:r>
              <w:t>[e-mail] · [telefoon]</w:t>
            </w:r>
          </w:p>
        </w:tc>
      </w:tr>
    </w:tbl>
    <w:p/>
    <w:p>
      <w:r>
        <w:rPr>
          <w:b/>
        </w:rPr>
        <w:t>Aan:</w:t>
      </w:r>
    </w:p>
    <w:p>
      <w:r>
        <w:t>[Naam klant of bedrijf]</w:t>
      </w:r>
    </w:p>
    <w:p>
      <w:r>
        <w:t>[Straat en huisnummer]</w:t>
      </w:r>
    </w:p>
    <w:p>
      <w:r>
        <w:t>[Postcode en plaats]</w:t>
      </w:r>
    </w:p>
    <w:p>
      <w:r>
        <w:t>[Btw-nummer klant: alleen bij btw verlegd]</w:t>
      </w:r>
    </w:p>
    <w:p/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1882"/>
          </w:tcPr>
          <w:p>
            <w:r>
              <w:t>Omschrijving</w:t>
            </w:r>
          </w:p>
        </w:tc>
        <w:tc>
          <w:tcPr>
            <w:tcW w:type="dxa" w:w="1882"/>
          </w:tcPr>
          <w:p>
            <w:r>
              <w:t>Aantal</w:t>
            </w:r>
          </w:p>
        </w:tc>
        <w:tc>
          <w:tcPr>
            <w:tcW w:type="dxa" w:w="1882"/>
          </w:tcPr>
          <w:p>
            <w:r>
              <w:t>Prijs excl. btw</w:t>
            </w:r>
          </w:p>
        </w:tc>
        <w:tc>
          <w:tcPr>
            <w:tcW w:type="dxa" w:w="1882"/>
          </w:tcPr>
          <w:p>
            <w:r>
              <w:t>Btw</w:t>
            </w:r>
          </w:p>
        </w:tc>
        <w:tc>
          <w:tcPr>
            <w:tcW w:type="dxa" w:w="1882"/>
          </w:tcPr>
          <w:p>
            <w:r>
              <w:t>Bedrag</w:t>
            </w:r>
          </w:p>
        </w:tc>
      </w:tr>
      <w:tr>
        <w:tc>
          <w:tcPr>
            <w:tcW w:type="dxa" w:w="1882"/>
          </w:tcPr>
          <w:p>
            <w:r>
              <w:t>[Werkzaamheden of product]</w:t>
            </w:r>
          </w:p>
        </w:tc>
        <w:tc>
          <w:tcPr>
            <w:tcW w:type="dxa" w:w="1882"/>
          </w:tcPr>
          <w:p>
            <w:r>
              <w:t>[1]</w:t>
            </w:r>
          </w:p>
        </w:tc>
        <w:tc>
          <w:tcPr>
            <w:tcW w:type="dxa" w:w="1882"/>
          </w:tcPr>
          <w:p>
            <w:r>
              <w:t>€ [0,00]</w:t>
            </w:r>
          </w:p>
        </w:tc>
        <w:tc>
          <w:tcPr>
            <w:tcW w:type="dxa" w:w="1882"/>
          </w:tcPr>
          <w:p>
            <w:r>
              <w:t>21%</w:t>
            </w:r>
          </w:p>
        </w:tc>
        <w:tc>
          <w:tcPr>
            <w:tcW w:type="dxa" w:w="1882"/>
          </w:tcPr>
          <w:p>
            <w:r>
              <w:t>€ [0,00]</w:t>
            </w:r>
          </w:p>
        </w:tc>
      </w:tr>
      <w:tr>
        <w:tc>
          <w:tcPr>
            <w:tcW w:type="dxa" w:w="1882"/>
          </w:tcPr>
          <w:p>
            <w:r>
              <w:t>[Werkzaamheden of product]</w:t>
            </w:r>
          </w:p>
        </w:tc>
        <w:tc>
          <w:tcPr>
            <w:tcW w:type="dxa" w:w="1882"/>
          </w:tcPr>
          <w:p>
            <w:r>
              <w:t>[1]</w:t>
            </w:r>
          </w:p>
        </w:tc>
        <w:tc>
          <w:tcPr>
            <w:tcW w:type="dxa" w:w="1882"/>
          </w:tcPr>
          <w:p>
            <w:r>
              <w:t>€ [0,00]</w:t>
            </w:r>
          </w:p>
        </w:tc>
        <w:tc>
          <w:tcPr>
            <w:tcW w:type="dxa" w:w="1882"/>
          </w:tcPr>
          <w:p>
            <w:r>
              <w:t>21%</w:t>
            </w:r>
          </w:p>
        </w:tc>
        <w:tc>
          <w:tcPr>
            <w:tcW w:type="dxa" w:w="1882"/>
          </w:tcPr>
          <w:p>
            <w:r>
              <w:t>€ [0,00]</w:t>
            </w:r>
          </w:p>
        </w:tc>
      </w:tr>
      <w:tr>
        <w:tc>
          <w:tcPr>
            <w:tcW w:type="dxa" w:w="1882"/>
          </w:tcPr>
          <w:p>
            <w:r>
              <w:t>[Werkzaamheden of product]</w:t>
            </w:r>
          </w:p>
        </w:tc>
        <w:tc>
          <w:tcPr>
            <w:tcW w:type="dxa" w:w="1882"/>
          </w:tcPr>
          <w:p>
            <w:r>
              <w:t>[1]</w:t>
            </w:r>
          </w:p>
        </w:tc>
        <w:tc>
          <w:tcPr>
            <w:tcW w:type="dxa" w:w="1882"/>
          </w:tcPr>
          <w:p>
            <w:r>
              <w:t>€ [0,00]</w:t>
            </w:r>
          </w:p>
        </w:tc>
        <w:tc>
          <w:tcPr>
            <w:tcW w:type="dxa" w:w="1882"/>
          </w:tcPr>
          <w:p>
            <w:r>
              <w:t>21%</w:t>
            </w:r>
          </w:p>
        </w:tc>
        <w:tc>
          <w:tcPr>
            <w:tcW w:type="dxa" w:w="1882"/>
          </w:tcPr>
          <w:p>
            <w:r>
              <w:t>€ [0,00]</w:t>
            </w:r>
          </w:p>
        </w:tc>
      </w:tr>
    </w:tbl>
    <w:p/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r>
              <w:t>Subtotaal</w:t>
            </w:r>
          </w:p>
        </w:tc>
        <w:tc>
          <w:tcPr>
            <w:tcW w:type="dxa" w:w="4706"/>
          </w:tcPr>
          <w:p>
            <w:r>
              <w:t>€ [0,00]</w:t>
            </w:r>
          </w:p>
        </w:tc>
      </w:tr>
      <w:tr>
        <w:tc>
          <w:tcPr>
            <w:tcW w:type="dxa" w:w="4706"/>
          </w:tcPr>
          <w:p>
            <w:r>
              <w:t>Btw 21% over € [0,00]</w:t>
            </w:r>
          </w:p>
        </w:tc>
        <w:tc>
          <w:tcPr>
            <w:tcW w:type="dxa" w:w="4706"/>
          </w:tcPr>
          <w:p>
            <w:r>
              <w:t>€ [0,00]</w:t>
            </w:r>
          </w:p>
        </w:tc>
      </w:tr>
      <w:tr>
        <w:tc>
          <w:tcPr>
            <w:tcW w:type="dxa" w:w="4706"/>
          </w:tcPr>
          <w:p>
            <w:r>
              <w:rPr>
                <w:b/>
              </w:rPr>
              <w:t>Totaal</w:t>
            </w:r>
          </w:p>
        </w:tc>
        <w:tc>
          <w:tcPr>
            <w:tcW w:type="dxa" w:w="4706"/>
          </w:tcPr>
          <w:p>
            <w:r>
              <w:rPr>
                <w:b/>
              </w:rPr>
              <w:t>€ [0,00]</w:t>
            </w:r>
          </w:p>
        </w:tc>
      </w:tr>
    </w:tbl>
    <w:p/>
    <w:p>
      <w:r>
        <w:t>Akkoord? Onderteken deze offerte en stuur hem terug, of bevestig per e-mail.</w:t>
      </w:r>
    </w:p>
    <w:p>
      <w:r>
        <w:br/>
        <w:t>Naam: ______________________    Handtekening: ______________________    Datum: __________</w:t>
      </w:r>
    </w:p>
    <w:p>
      <w:r>
        <w:t>Gratis online versie: datakoning.nl/offerte-maken/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